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מתכננים תקציב חודשי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עקרונות בסיסיים בתכנון תקציב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חלוקת כסף בין קטגוריות הוצאה לפי כללים נתונים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החשיבות של חיסכון ותכנון מראש להוצאות בלתי צפויות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400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10 אחוז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40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חצי מהתקציב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ספרים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לחלק בדיוק את כל ה-400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40 ₪ הם בדיוק 10 אחוז מ-400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לתחבורה יש דרישת מינימום נפרדת 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בדיוק חצי מהתקציב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הכסף מגיע גם מדמי כיס וגם מעבודה קטנה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1. 400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3. 40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חצי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עבודה קטנה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קטגוריה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(נסיעות לבית הספר ובחזרה)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(ארוחות מחוץ לבית)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(סרטים, משחקים ויציאות עם חברים)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(כסף ששומרים לעתיד ולא מוציאים)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(תשלום חודשי קבוע לטלפון הנייד)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חישובים קצרים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כן, כי 150 ₪ גדול מ-40 ₪ שהם 10 אחוז מהתקציב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400 פחות 200 שווה 200 ₪ שנשארו לבגדים, מתנות וטלפון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לא, כי יחד זה 210 ₪ וזה יותר מ-200 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ותכנון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סכום כולל 400 ₪, חיסכון לפחות 40 ₪, תחבורה לפחות 40 ₪, בילויים ואוכל בחוץ יחד עד 200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תשובות אפשריות: לקצץ בקטגוריה אחרת, לתכנן מראש סכום קטן לבלתי צפוי, לחסוך יותר מהמינימום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400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חיסכון של לפחות 10 אחוז ותחבורה של לפחות 40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להתמודד עם הוצאות פתאומיות כמו מתנה ליום הולדת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 ולבדוק אחד את תקציב השני מול הכללים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להדגים חישוב אחוזים פשוט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להרחיב לדיון כיתתי על התמודדות עם הוצאות בלתי צפויות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מתכננים תקציב חודשי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תכנון תקציב חודשי בסך 400 שקלים, תוך עמידה בכללים לגבי חיסכון, תחבורה ובילויים.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כסף יש לתכנן בחודש בתרגיל?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300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400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500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אחוז לפחות צריך לחסוך מהתקציב?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 אחוז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 אחוז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 אחוז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50 אחוז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הסכום המינימלי שצריך להקצות לתחבורה לבית הספר?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המגבלה על בילויים ואוכל בחוץ ביחד?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רבע מהתקציב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חצי מהתקציב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שליש מהתקציב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התקציב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קטגוריה לא מופיעה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חיסכון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להשאיר חלק מהכסף בלי לשייך אותו לאף קטגוריה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חיסכון של 40 ₪ מספיק כדי לעמוד בדרישת החיסכון המינימלי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להוציא פחות מ-40 ₪ על תחבורה אם חוסכים יותר בקטגוריה אחרת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בילויים ואוכל בחוץ ביחד יכולים להגיע עד 200 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מקור הכסף בתרגיל הוא רק דמי כיס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יש לכם __________ ₪ לחודש לתכנון התקציב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יש לחסוך לפחות __________ אחוז מהתקציב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על תחבורה לבית הספר יש להקצות לפחות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בילויים ואוכל בחוץ ביחד לא יכולים לעבור __________ מהתקציב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הכסף בתרגיל מגיע מדמי כיס ומ__________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קטגוריה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🚌 תחבורה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סרטים, משחקים ויציאות עם חברים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🍕 אוכל בחוץ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תשלום חודשי קבוע לטלפון הנייד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🎬 בילויים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כסף ששומרים לעתיד ולא מוציאים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🐷 חיסכון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ארוחות מחוץ לבית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📱 חבילת טלפון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נסיעות לבית הספר ובחזרה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חישובים קצרים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אם הקצתם 150 ₪ לחיסכון, האם זה עומד בדרישה המינימלית? הסבירו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חישבו כמה כסף נשאר אם הקצתם 40 לתחבורה, 60 לאוכל בחוץ, 60 לבילויים ו-40 לחיסכון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האם תקציב של 50 ₪ לאוכל בחוץ ו-160 ₪ לבילויים עומד בכלל של חצי מהתקציב?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ותכנון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תכננו תקציב מלא של 400 ₪ שעומד בכל הכללים, וכתבו כמה הקצתם לכל קטגוריה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תעשו אם באמצע החודש מגיע יום הולדת של חבר או חברה ואין לכם כרית ביטחון? הציעו פתרון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כסף יש לתכנן בתרגיל הזה?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שני הכללים המרכזיים שצריך לזכור כשמתכננים תקציב?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להשאיר כרית ביטחון לכסף בלתי צפוי?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מתכננים תקציב חודשי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